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E25052" w14:paraId="5181C894" w14:textId="77777777" w:rsidTr="000D3F19">
        <w:trPr>
          <w:cantSplit/>
          <w:trHeight w:val="510"/>
        </w:trPr>
        <w:tc>
          <w:tcPr>
            <w:tcW w:w="1606" w:type="dxa"/>
            <w:vMerge w:val="restart"/>
            <w:shd w:val="clear" w:color="auto" w:fill="F0F0F0"/>
            <w:vAlign w:val="center"/>
          </w:tcPr>
          <w:p w14:paraId="2BE93D8A" w14:textId="3AA4886E" w:rsidR="00F801F2" w:rsidRDefault="00AD5B9C">
            <w:pPr>
              <w:keepNext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512BF13" wp14:editId="24B3DD82">
                  <wp:extent cx="882650" cy="894715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all-stema-judet-Bacau.gif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894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  <w:vAlign w:val="center"/>
          </w:tcPr>
          <w:p w14:paraId="2DEAB026" w14:textId="77777777" w:rsidR="00E25052" w:rsidRDefault="001C79BB" w:rsidP="00D6278B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1F74738E" w14:textId="3915DA2F" w:rsidR="00E25052" w:rsidRPr="00E946EB" w:rsidRDefault="00AD5B9C" w:rsidP="00D6278B">
            <w:pPr>
              <w:keepNext/>
              <w:rPr>
                <w:sz w:val="18"/>
                <w:szCs w:val="18"/>
                <w:lang w:val="ro-RO"/>
              </w:rPr>
            </w:pPr>
            <w:r w:rsidRPr="00E946EB">
              <w:rPr>
                <w:sz w:val="18"/>
                <w:szCs w:val="18"/>
              </w:rPr>
              <w:t>BACĂU</w:t>
            </w:r>
          </w:p>
        </w:tc>
      </w:tr>
      <w:tr w:rsidR="00E25052" w14:paraId="6B015EDC" w14:textId="77777777" w:rsidTr="000D3F19">
        <w:trPr>
          <w:cantSplit/>
          <w:trHeight w:val="510"/>
        </w:trPr>
        <w:tc>
          <w:tcPr>
            <w:tcW w:w="1606" w:type="dxa"/>
            <w:vMerge/>
            <w:shd w:val="clear" w:color="auto" w:fill="F0F0F0"/>
          </w:tcPr>
          <w:p w14:paraId="7AF8C63B" w14:textId="77777777" w:rsidR="00E25052" w:rsidRDefault="00E25052"/>
        </w:tc>
        <w:tc>
          <w:tcPr>
            <w:tcW w:w="8030" w:type="dxa"/>
            <w:gridSpan w:val="3"/>
            <w:shd w:val="clear" w:color="auto" w:fill="F0F0F0"/>
            <w:vAlign w:val="center"/>
          </w:tcPr>
          <w:p w14:paraId="34D9B7ED" w14:textId="77777777" w:rsidR="00E25052" w:rsidRDefault="001C79BB" w:rsidP="00D6278B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1F71C78E" w14:textId="198A7F14" w:rsidR="00E25052" w:rsidRPr="00E946EB" w:rsidRDefault="00AD5B9C" w:rsidP="00AC5DC8">
            <w:pPr>
              <w:keepNext/>
              <w:spacing w:before="40"/>
              <w:rPr>
                <w:sz w:val="18"/>
                <w:szCs w:val="18"/>
              </w:rPr>
            </w:pPr>
            <w:r w:rsidRPr="00E946EB">
              <w:rPr>
                <w:sz w:val="18"/>
                <w:szCs w:val="18"/>
              </w:rPr>
              <w:t>CONSILIUL JUDEȚEAN BACĂU</w:t>
            </w:r>
          </w:p>
        </w:tc>
      </w:tr>
      <w:tr w:rsidR="00E25052" w14:paraId="7354B52B" w14:textId="77777777" w:rsidTr="000D3F19">
        <w:trPr>
          <w:cantSplit/>
          <w:trHeight w:val="510"/>
        </w:trPr>
        <w:tc>
          <w:tcPr>
            <w:tcW w:w="1606" w:type="dxa"/>
            <w:vMerge/>
            <w:shd w:val="clear" w:color="auto" w:fill="F0F0F0"/>
          </w:tcPr>
          <w:p w14:paraId="2EA11AAE" w14:textId="77777777" w:rsidR="00E25052" w:rsidRDefault="00E25052"/>
        </w:tc>
        <w:tc>
          <w:tcPr>
            <w:tcW w:w="2409" w:type="dxa"/>
            <w:shd w:val="clear" w:color="auto" w:fill="F0F0F0"/>
          </w:tcPr>
          <w:p w14:paraId="75894951" w14:textId="77777777" w:rsidR="00E25052" w:rsidRPr="00F801F2" w:rsidRDefault="001C79BB">
            <w:pPr>
              <w:keepNext/>
              <w:rPr>
                <w:lang w:val="fr-FR"/>
              </w:rPr>
            </w:pPr>
            <w:r w:rsidRPr="00F801F2">
              <w:rPr>
                <w:b/>
                <w:color w:val="0D5F78"/>
                <w:lang w:val="fr-FR"/>
              </w:rPr>
              <w:t>Cod de identificare fiscală (CIF)</w:t>
            </w:r>
          </w:p>
          <w:p w14:paraId="2ECEACE6" w14:textId="24B9CA2A" w:rsidR="00E25052" w:rsidRPr="00E946EB" w:rsidRDefault="00E946EB">
            <w:pPr>
              <w:keepNext/>
              <w:rPr>
                <w:sz w:val="18"/>
                <w:szCs w:val="18"/>
                <w:lang w:val="fr-FR"/>
              </w:rPr>
            </w:pPr>
            <w:r w:rsidRPr="00E946EB">
              <w:rPr>
                <w:sz w:val="18"/>
                <w:szCs w:val="18"/>
                <w:lang w:val="fr-FR"/>
              </w:rPr>
              <w:t>5057580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49CBD2CA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78A52A4D" w14:textId="6A622822" w:rsidR="00E25052" w:rsidRPr="00A96E41" w:rsidRDefault="00B13F62">
            <w:pPr>
              <w:keepNext/>
              <w:rPr>
                <w:sz w:val="18"/>
                <w:szCs w:val="18"/>
              </w:rPr>
            </w:pPr>
            <w:r w:rsidRPr="00A96E41">
              <w:rPr>
                <w:i/>
                <w:color w:val="000000" w:themeColor="text1"/>
                <w:sz w:val="18"/>
                <w:szCs w:val="18"/>
              </w:rPr>
              <w:t>Bacău, Calea</w:t>
            </w:r>
            <w:r w:rsidR="00F51752" w:rsidRPr="00A96E41">
              <w:rPr>
                <w:i/>
                <w:color w:val="000000" w:themeColor="text1"/>
                <w:sz w:val="18"/>
                <w:szCs w:val="18"/>
              </w:rPr>
              <w:t xml:space="preserve"> Mărășești nr. 2; 0234-537.200, </w:t>
            </w:r>
            <w:hyperlink r:id="rId9" w:history="1">
              <w:r w:rsidR="00F51752" w:rsidRPr="00A96E41">
                <w:rPr>
                  <w:rStyle w:val="Hyperlink"/>
                  <w:i/>
                  <w:sz w:val="18"/>
                  <w:szCs w:val="18"/>
                </w:rPr>
                <w:t>csjbacau@csjbacau.ro</w:t>
              </w:r>
            </w:hyperlink>
            <w:r w:rsidRPr="00A96E41">
              <w:rPr>
                <w:i/>
                <w:color w:val="7A7A7A"/>
                <w:sz w:val="18"/>
                <w:szCs w:val="18"/>
              </w:rPr>
              <w:t xml:space="preserve"> </w:t>
            </w:r>
          </w:p>
        </w:tc>
      </w:tr>
      <w:tr w:rsidR="00E25052" w14:paraId="0DABC460" w14:textId="77777777" w:rsidTr="000D3F19">
        <w:trPr>
          <w:cantSplit/>
          <w:trHeight w:val="510"/>
        </w:trPr>
        <w:tc>
          <w:tcPr>
            <w:tcW w:w="1606" w:type="dxa"/>
            <w:vMerge/>
            <w:shd w:val="clear" w:color="auto" w:fill="F0F0F0"/>
          </w:tcPr>
          <w:p w14:paraId="13B733BA" w14:textId="77777777" w:rsidR="00E25052" w:rsidRDefault="00E25052"/>
        </w:tc>
        <w:tc>
          <w:tcPr>
            <w:tcW w:w="4818" w:type="dxa"/>
            <w:gridSpan w:val="2"/>
            <w:shd w:val="clear" w:color="auto" w:fill="F0F0F0"/>
          </w:tcPr>
          <w:p w14:paraId="764818D8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46EE121A" w14:textId="77777777" w:rsidR="00E25052" w:rsidRDefault="00E25052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36393E32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4D13DA55" w14:textId="77777777" w:rsidR="00E25052" w:rsidRDefault="00E25052">
            <w:pPr>
              <w:keepNext/>
            </w:pPr>
          </w:p>
        </w:tc>
      </w:tr>
      <w:tr w:rsidR="00E25052" w:rsidRPr="0021562A" w14:paraId="4238FFAF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11995405" w14:textId="77777777" w:rsidR="00E25052" w:rsidRPr="00F801F2" w:rsidRDefault="001C79BB">
            <w:pPr>
              <w:rPr>
                <w:lang w:val="fr-FR"/>
              </w:rPr>
            </w:pPr>
            <w:r w:rsidRPr="00F801F2">
              <w:rPr>
                <w:i/>
                <w:color w:val="595959"/>
                <w:lang w:val="fr-FR"/>
              </w:rPr>
              <w:t xml:space="preserve"> se completează de autoritate — solicitantul nu scrie în această zonă</w:t>
            </w:r>
          </w:p>
        </w:tc>
      </w:tr>
    </w:tbl>
    <w:p w14:paraId="1FB5BB70" w14:textId="77777777" w:rsidR="00E25052" w:rsidRPr="00F801F2" w:rsidRDefault="00E25052">
      <w:pPr>
        <w:spacing w:line="168" w:lineRule="auto"/>
        <w:rPr>
          <w:lang w:val="fr-FR"/>
        </w:rPr>
      </w:pPr>
    </w:p>
    <w:p w14:paraId="19E46984" w14:textId="77777777" w:rsidR="00E25052" w:rsidRPr="0021562A" w:rsidRDefault="001C79BB">
      <w:pPr>
        <w:spacing w:before="140" w:after="40"/>
        <w:jc w:val="center"/>
        <w:rPr>
          <w:sz w:val="28"/>
          <w:szCs w:val="28"/>
        </w:rPr>
      </w:pPr>
      <w:r w:rsidRPr="0021562A">
        <w:rPr>
          <w:b/>
          <w:sz w:val="28"/>
          <w:szCs w:val="28"/>
        </w:rPr>
        <w:t>CERERE</w:t>
      </w:r>
    </w:p>
    <w:p w14:paraId="6AB0BEC6" w14:textId="77777777" w:rsidR="00E25052" w:rsidRDefault="00E25052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E25052" w14:paraId="4E6B3EF6" w14:textId="77777777">
        <w:trPr>
          <w:cantSplit/>
        </w:trPr>
        <w:tc>
          <w:tcPr>
            <w:tcW w:w="9636" w:type="dxa"/>
            <w:shd w:val="clear" w:color="auto" w:fill="F4F4F4"/>
          </w:tcPr>
          <w:p w14:paraId="19939942" w14:textId="77777777" w:rsidR="00E25052" w:rsidRDefault="001C79BB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E25052" w:rsidRPr="0021562A" w14:paraId="5266118B" w14:textId="77777777">
        <w:trPr>
          <w:cantSplit/>
          <w:trHeight w:val="510"/>
        </w:trPr>
        <w:tc>
          <w:tcPr>
            <w:tcW w:w="9636" w:type="dxa"/>
          </w:tcPr>
          <w:p w14:paraId="035B2FDF" w14:textId="77777777" w:rsidR="00E25052" w:rsidRPr="00F801F2" w:rsidRDefault="001C79BB">
            <w:pPr>
              <w:keepNext/>
              <w:rPr>
                <w:lang w:val="fr-FR"/>
              </w:rPr>
            </w:pPr>
            <w:r w:rsidRPr="00F801F2">
              <w:rPr>
                <w:b/>
                <w:color w:val="0D5F78"/>
                <w:lang w:val="fr-FR"/>
              </w:rPr>
              <w:t>Instituția</w:t>
            </w:r>
          </w:p>
          <w:p w14:paraId="5C4842F2" w14:textId="4E9FA803" w:rsidR="00E25052" w:rsidRPr="00310E6F" w:rsidRDefault="00E946EB" w:rsidP="00E946EB">
            <w:pPr>
              <w:keepNext/>
              <w:spacing w:before="40"/>
              <w:rPr>
                <w:color w:val="000000" w:themeColor="text1"/>
                <w:sz w:val="22"/>
                <w:lang w:val="fr-FR"/>
              </w:rPr>
            </w:pPr>
            <w:r w:rsidRPr="00310E6F">
              <w:rPr>
                <w:color w:val="000000" w:themeColor="text1"/>
                <w:sz w:val="22"/>
                <w:lang w:val="fr-FR"/>
              </w:rPr>
              <w:t xml:space="preserve">Președintele </w:t>
            </w:r>
            <w:r w:rsidRPr="00310E6F">
              <w:rPr>
                <w:sz w:val="22"/>
              </w:rPr>
              <w:t>Consiliului</w:t>
            </w:r>
            <w:r w:rsidRPr="00310E6F">
              <w:rPr>
                <w:color w:val="000000" w:themeColor="text1"/>
                <w:sz w:val="22"/>
                <w:lang w:val="fr-FR"/>
              </w:rPr>
              <w:t xml:space="preserve"> Județean Bacău</w:t>
            </w:r>
          </w:p>
          <w:p w14:paraId="5B3D1BF3" w14:textId="77777777" w:rsidR="00E25052" w:rsidRPr="00F801F2" w:rsidRDefault="00E25052">
            <w:pPr>
              <w:keepNext/>
              <w:rPr>
                <w:lang w:val="fr-FR"/>
              </w:rPr>
            </w:pPr>
          </w:p>
        </w:tc>
      </w:tr>
      <w:tr w:rsidR="00E25052" w:rsidRPr="0021562A" w14:paraId="31B205BA" w14:textId="77777777">
        <w:trPr>
          <w:cantSplit/>
        </w:trPr>
        <w:tc>
          <w:tcPr>
            <w:tcW w:w="9636" w:type="dxa"/>
            <w:shd w:val="clear" w:color="auto" w:fill="F4F4F4"/>
          </w:tcPr>
          <w:p w14:paraId="30BBDA4A" w14:textId="77777777" w:rsidR="00E25052" w:rsidRPr="00F801F2" w:rsidRDefault="001C79BB">
            <w:pPr>
              <w:spacing w:line="228" w:lineRule="auto"/>
              <w:rPr>
                <w:lang w:val="fr-FR"/>
              </w:rPr>
            </w:pPr>
            <w:r w:rsidRPr="00F801F2">
              <w:rPr>
                <w:lang w:val="fr-FR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159276EE" w14:textId="77777777" w:rsidR="00E25052" w:rsidRPr="00F801F2" w:rsidRDefault="00E2505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E25052" w14:paraId="47E632BE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EE95171" w14:textId="77777777" w:rsidR="00E25052" w:rsidRDefault="001C79BB">
            <w:pPr>
              <w:keepNext/>
            </w:pPr>
            <w:r w:rsidRPr="00F801F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E25052" w14:paraId="21404F04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653582EE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50ECD17B" w14:textId="77777777" w:rsidR="00E25052" w:rsidRDefault="00E25052">
            <w:pPr>
              <w:keepNext/>
            </w:pPr>
          </w:p>
        </w:tc>
        <w:tc>
          <w:tcPr>
            <w:tcW w:w="4015" w:type="dxa"/>
            <w:gridSpan w:val="3"/>
          </w:tcPr>
          <w:p w14:paraId="282D408A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B11B457" w14:textId="77777777" w:rsidR="00E25052" w:rsidRDefault="00E25052">
            <w:pPr>
              <w:keepNext/>
            </w:pPr>
          </w:p>
        </w:tc>
      </w:tr>
      <w:tr w:rsidR="00E25052" w14:paraId="6FE1965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B240506" w14:textId="77777777" w:rsidR="00E25052" w:rsidRDefault="001C79BB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E25052" w14:paraId="1CFA562A" w14:textId="77777777">
        <w:trPr>
          <w:cantSplit/>
          <w:trHeight w:val="510"/>
        </w:trPr>
        <w:tc>
          <w:tcPr>
            <w:tcW w:w="1606" w:type="dxa"/>
          </w:tcPr>
          <w:p w14:paraId="3C51554F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1742791D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6C2D16F6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18D6DBDF" w14:textId="77777777" w:rsidR="00E25052" w:rsidRDefault="00E25052">
            <w:pPr>
              <w:keepNext/>
            </w:pPr>
          </w:p>
        </w:tc>
        <w:tc>
          <w:tcPr>
            <w:tcW w:w="4818" w:type="dxa"/>
            <w:gridSpan w:val="5"/>
          </w:tcPr>
          <w:p w14:paraId="05BDC146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5BAC43F0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7AB74026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6324FC92" w14:textId="77777777" w:rsidR="00E25052" w:rsidRDefault="00E25052">
            <w:pPr>
              <w:keepNext/>
            </w:pPr>
          </w:p>
        </w:tc>
      </w:tr>
      <w:tr w:rsidR="00E25052" w14:paraId="03A5B23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AC85D07" w14:textId="77777777" w:rsidR="00E25052" w:rsidRDefault="001C79BB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E25052" w14:paraId="3D40E36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6B34F5D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7F852AB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4"/>
          </w:tcPr>
          <w:p w14:paraId="7C882037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0D48E3BB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2"/>
          </w:tcPr>
          <w:p w14:paraId="40553940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20822E8F" w14:textId="77777777" w:rsidR="00E25052" w:rsidRDefault="00E25052">
            <w:pPr>
              <w:keepNext/>
            </w:pPr>
          </w:p>
        </w:tc>
      </w:tr>
      <w:tr w:rsidR="00E25052" w14:paraId="5609577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D612D93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41E58F7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6B47B93F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99A8499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7DDABD5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0E160ACF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EA9678F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43F6DA47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0209D0C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2E35CB99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60D07855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38A54738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37AA103A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123D5598" w14:textId="77777777" w:rsidR="00E25052" w:rsidRDefault="00E25052">
            <w:pPr>
              <w:keepNext/>
            </w:pPr>
          </w:p>
        </w:tc>
      </w:tr>
      <w:tr w:rsidR="00E25052" w14:paraId="1046CBC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F6E9494" w14:textId="77777777" w:rsidR="00E25052" w:rsidRDefault="001C79BB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E25052" w14:paraId="3B92CD50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07038ABA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2DEDAC5B" w14:textId="77777777" w:rsidR="00E25052" w:rsidRDefault="00E25052">
            <w:pPr>
              <w:keepNext/>
            </w:pPr>
          </w:p>
        </w:tc>
        <w:tc>
          <w:tcPr>
            <w:tcW w:w="5621" w:type="dxa"/>
            <w:gridSpan w:val="5"/>
          </w:tcPr>
          <w:p w14:paraId="11F9EE09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3C2D93FB" w14:textId="77777777" w:rsidR="00E25052" w:rsidRDefault="00E25052">
            <w:pPr>
              <w:keepNext/>
            </w:pPr>
          </w:p>
        </w:tc>
      </w:tr>
      <w:tr w:rsidR="00E25052" w14:paraId="3F330FF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9DB5AB2" w14:textId="77777777" w:rsidR="00E25052" w:rsidRDefault="001C79BB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E25052" w14:paraId="25D89C0C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24F86481" w14:textId="77777777" w:rsidR="00E25052" w:rsidRDefault="001C79BB">
            <w:r>
              <w:rPr>
                <w:b/>
                <w:color w:val="0D5F78"/>
              </w:rPr>
              <w:t>În calitate de reprezentant al</w:t>
            </w:r>
          </w:p>
          <w:p w14:paraId="6834604F" w14:textId="77777777" w:rsidR="00E25052" w:rsidRDefault="00E25052"/>
        </w:tc>
        <w:tc>
          <w:tcPr>
            <w:tcW w:w="3212" w:type="dxa"/>
            <w:gridSpan w:val="2"/>
          </w:tcPr>
          <w:p w14:paraId="3C5FA06C" w14:textId="77777777" w:rsidR="00E25052" w:rsidRDefault="001C79BB">
            <w:r>
              <w:rPr>
                <w:b/>
                <w:color w:val="0D5F78"/>
              </w:rPr>
              <w:t>CUI / CIF</w:t>
            </w:r>
          </w:p>
          <w:p w14:paraId="3B9A3463" w14:textId="77777777" w:rsidR="00E25052" w:rsidRDefault="00E25052"/>
        </w:tc>
      </w:tr>
    </w:tbl>
    <w:p w14:paraId="01E74949" w14:textId="77777777" w:rsidR="00E25052" w:rsidRDefault="00E25052">
      <w:pPr>
        <w:spacing w:line="168" w:lineRule="auto"/>
      </w:pPr>
    </w:p>
    <w:p w14:paraId="20F32F97" w14:textId="77777777" w:rsidR="00E25052" w:rsidRDefault="001C79BB">
      <w:pPr>
        <w:spacing w:before="80" w:after="60"/>
        <w:jc w:val="center"/>
      </w:pPr>
      <w:r>
        <w:rPr>
          <w:sz w:val="18"/>
        </w:rPr>
        <w:t>în conformitate cu prevederile Legii nr. 169/2026 privind Codul amenajării teritoriului, urbanismului și construcțiilor,</w:t>
      </w:r>
    </w:p>
    <w:p w14:paraId="2C7584EF" w14:textId="77777777" w:rsidR="00E25052" w:rsidRDefault="001C79BB">
      <w:pPr>
        <w:spacing w:before="80" w:after="60"/>
        <w:jc w:val="center"/>
      </w:pPr>
      <w:r>
        <w:rPr>
          <w:sz w:val="18"/>
        </w:rPr>
        <w:t>solicit emiterea</w:t>
      </w:r>
    </w:p>
    <w:p w14:paraId="33797D79" w14:textId="77777777" w:rsidR="00E25052" w:rsidRPr="0021562A" w:rsidRDefault="001C79BB">
      <w:pPr>
        <w:spacing w:after="160"/>
        <w:jc w:val="center"/>
        <w:rPr>
          <w:lang w:val="fr-FR"/>
        </w:rPr>
      </w:pPr>
      <w:r w:rsidRPr="0021562A">
        <w:rPr>
          <w:b/>
          <w:sz w:val="20"/>
          <w:lang w:val="fr-FR"/>
        </w:rPr>
        <w:t>CERTIFICATULUI DE URBANISM DE INFORMARE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E25052" w14:paraId="697264C9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56CF4AB8" w14:textId="77777777" w:rsidR="00E25052" w:rsidRDefault="001C79BB">
            <w:pPr>
              <w:keepNext/>
            </w:pPr>
            <w:r w:rsidRPr="0021562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3.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E25052" w14:paraId="37608D06" w14:textId="77777777">
        <w:trPr>
          <w:cantSplit/>
        </w:trPr>
        <w:tc>
          <w:tcPr>
            <w:tcW w:w="9636" w:type="dxa"/>
            <w:gridSpan w:val="6"/>
          </w:tcPr>
          <w:p w14:paraId="64915B18" w14:textId="77777777" w:rsidR="00E25052" w:rsidRDefault="001C79BB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E25052" w14:paraId="3B00AF9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E0EE8D6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6D07226C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2"/>
          </w:tcPr>
          <w:p w14:paraId="45C06A6B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01BF54FB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2"/>
          </w:tcPr>
          <w:p w14:paraId="242BC6F3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3E7C20BC" w14:textId="77777777" w:rsidR="00E25052" w:rsidRDefault="00E25052">
            <w:pPr>
              <w:keepNext/>
            </w:pPr>
          </w:p>
        </w:tc>
      </w:tr>
      <w:tr w:rsidR="00E25052" w14:paraId="0F03DFAC" w14:textId="77777777">
        <w:trPr>
          <w:cantSplit/>
          <w:trHeight w:val="510"/>
        </w:trPr>
        <w:tc>
          <w:tcPr>
            <w:tcW w:w="1606" w:type="dxa"/>
          </w:tcPr>
          <w:p w14:paraId="245C8E18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DC3F395" w14:textId="77777777" w:rsidR="00E25052" w:rsidRDefault="00E25052">
            <w:pPr>
              <w:keepNext/>
            </w:pPr>
          </w:p>
        </w:tc>
        <w:tc>
          <w:tcPr>
            <w:tcW w:w="4818" w:type="dxa"/>
            <w:gridSpan w:val="3"/>
          </w:tcPr>
          <w:p w14:paraId="31644BD5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6FBE06C3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6816659E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E454520" w14:textId="77777777" w:rsidR="00E25052" w:rsidRDefault="00E25052">
            <w:pPr>
              <w:keepNext/>
            </w:pPr>
          </w:p>
        </w:tc>
        <w:tc>
          <w:tcPr>
            <w:tcW w:w="2409" w:type="dxa"/>
          </w:tcPr>
          <w:p w14:paraId="0279B798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1284E2F7" w14:textId="77777777" w:rsidR="00E25052" w:rsidRDefault="00E25052">
            <w:pPr>
              <w:keepNext/>
            </w:pPr>
          </w:p>
        </w:tc>
      </w:tr>
      <w:tr w:rsidR="00E25052" w14:paraId="425A2D34" w14:textId="77777777">
        <w:trPr>
          <w:cantSplit/>
          <w:trHeight w:val="510"/>
        </w:trPr>
        <w:tc>
          <w:tcPr>
            <w:tcW w:w="9636" w:type="dxa"/>
            <w:gridSpan w:val="6"/>
          </w:tcPr>
          <w:p w14:paraId="22A88DF9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Suprafața terenului (m²)</w:t>
            </w:r>
          </w:p>
          <w:p w14:paraId="375B3DAF" w14:textId="77777777" w:rsidR="00E25052" w:rsidRDefault="00E25052">
            <w:pPr>
              <w:keepNext/>
            </w:pPr>
          </w:p>
        </w:tc>
      </w:tr>
      <w:tr w:rsidR="00E25052" w14:paraId="3956AF3E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1884FA6F" w14:textId="77777777" w:rsidR="00E25052" w:rsidRPr="00F801F2" w:rsidRDefault="001C79BB">
            <w:pPr>
              <w:keepNext/>
              <w:rPr>
                <w:lang w:val="fr-FR"/>
              </w:rPr>
            </w:pPr>
            <w:r w:rsidRPr="00F801F2">
              <w:rPr>
                <w:b/>
                <w:color w:val="0D5F78"/>
                <w:lang w:val="fr-FR"/>
              </w:rPr>
              <w:t>Număr cadastral</w:t>
            </w:r>
          </w:p>
          <w:p w14:paraId="4088464C" w14:textId="77777777" w:rsidR="00E25052" w:rsidRPr="00F801F2" w:rsidRDefault="001C79BB">
            <w:pPr>
              <w:keepNext/>
              <w:rPr>
                <w:lang w:val="fr-FR"/>
              </w:rPr>
            </w:pPr>
            <w:r w:rsidRPr="00F801F2">
              <w:rPr>
                <w:i/>
                <w:color w:val="7A7A7A"/>
                <w:lang w:val="fr-FR"/>
              </w:rPr>
              <w:t>dacă imobilul e înscris în e-Terra</w:t>
            </w:r>
          </w:p>
          <w:p w14:paraId="46FDA082" w14:textId="77777777" w:rsidR="00E25052" w:rsidRPr="00F801F2" w:rsidRDefault="00E25052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0B037F56" w14:textId="77777777" w:rsidR="00E25052" w:rsidRDefault="001C79BB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2038AD22" w14:textId="77777777" w:rsidR="00E25052" w:rsidRDefault="00E25052">
            <w:pPr>
              <w:keepNext/>
            </w:pPr>
          </w:p>
        </w:tc>
      </w:tr>
      <w:tr w:rsidR="00E25052" w:rsidRPr="0021562A" w14:paraId="50F3FA21" w14:textId="77777777">
        <w:trPr>
          <w:cantSplit/>
        </w:trPr>
        <w:tc>
          <w:tcPr>
            <w:tcW w:w="9636" w:type="dxa"/>
            <w:gridSpan w:val="6"/>
          </w:tcPr>
          <w:p w14:paraId="656FF020" w14:textId="77777777" w:rsidR="00F8517F" w:rsidRPr="0021562A" w:rsidRDefault="001C79BB">
            <w:pPr>
              <w:rPr>
                <w:sz w:val="16"/>
                <w:lang w:val="fr-FR"/>
              </w:rPr>
            </w:pPr>
            <w:r w:rsidRPr="0021562A">
              <w:rPr>
                <w:sz w:val="16"/>
                <w:lang w:val="fr-FR"/>
              </w:rPr>
              <w:t xml:space="preserve"> ☐ extras de carte funciară actualizat, anexat     </w:t>
            </w:r>
          </w:p>
          <w:p w14:paraId="4D8DB8B6" w14:textId="6B074625" w:rsidR="00E25052" w:rsidRPr="00F8517F" w:rsidRDefault="001C79BB">
            <w:pPr>
              <w:rPr>
                <w:lang w:val="fr-FR"/>
              </w:rPr>
            </w:pPr>
            <w:r w:rsidRPr="00F8517F">
              <w:rPr>
                <w:sz w:val="16"/>
                <w:lang w:val="fr-FR"/>
              </w:rPr>
              <w:t>☐ plan de încadrare în zonă în sistem Stereo 70, anexat</w:t>
            </w:r>
            <w:r w:rsidR="00F8517F" w:rsidRPr="00F8517F">
              <w:rPr>
                <w:sz w:val="16"/>
                <w:lang w:val="fr-FR"/>
              </w:rPr>
              <w:t xml:space="preserve"> eliberat, la cerere, de către Agenția Națională de Cadastru și Publicitate Imobiliară</w:t>
            </w:r>
          </w:p>
        </w:tc>
      </w:tr>
    </w:tbl>
    <w:p w14:paraId="3ACF9FED" w14:textId="77777777" w:rsidR="00E25052" w:rsidRPr="00F8517F" w:rsidRDefault="00E2505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E25052" w14:paraId="3F3C9144" w14:textId="77777777">
        <w:trPr>
          <w:cantSplit/>
        </w:trPr>
        <w:tc>
          <w:tcPr>
            <w:tcW w:w="9636" w:type="dxa"/>
            <w:shd w:val="clear" w:color="auto" w:fill="F4F4F4"/>
          </w:tcPr>
          <w:p w14:paraId="4A371C11" w14:textId="77777777" w:rsidR="00E25052" w:rsidRDefault="001C79BB">
            <w:pPr>
              <w:keepNext/>
            </w:pPr>
            <w:r w:rsidRPr="00F8517F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4.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E25052" w:rsidRPr="0021562A" w14:paraId="6A6C031B" w14:textId="77777777">
        <w:trPr>
          <w:cantSplit/>
        </w:trPr>
        <w:tc>
          <w:tcPr>
            <w:tcW w:w="9636" w:type="dxa"/>
          </w:tcPr>
          <w:p w14:paraId="119DB66C" w14:textId="77777777" w:rsidR="00E25052" w:rsidRPr="00F801F2" w:rsidRDefault="001C79BB">
            <w:pPr>
              <w:rPr>
                <w:lang w:val="fr-FR"/>
              </w:rPr>
            </w:pPr>
            <w:r w:rsidRPr="00F801F2">
              <w:rPr>
                <w:sz w:val="16"/>
                <w:lang w:val="fr-FR"/>
              </w:rPr>
              <w:t xml:space="preserve"> ☐ în format scris, prin poștă     ☐ în format digital, la adresa de e-mail indicată     ☐ ridicare de la sediul autorității</w:t>
            </w:r>
          </w:p>
        </w:tc>
      </w:tr>
    </w:tbl>
    <w:p w14:paraId="4CC013A6" w14:textId="77777777" w:rsidR="00E25052" w:rsidRPr="00F801F2" w:rsidRDefault="00E2505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E25052" w14:paraId="526375A4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FBEB645" w14:textId="77777777" w:rsidR="00E25052" w:rsidRDefault="001C79BB">
            <w:pPr>
              <w:keepNext/>
            </w:pPr>
            <w:r w:rsidRPr="00F801F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E25052" w14:paraId="7763C7E2" w14:textId="77777777">
        <w:trPr>
          <w:cantSplit/>
          <w:trHeight w:val="510"/>
        </w:trPr>
        <w:tc>
          <w:tcPr>
            <w:tcW w:w="1606" w:type="dxa"/>
          </w:tcPr>
          <w:p w14:paraId="4CA50917" w14:textId="77777777" w:rsidR="00E25052" w:rsidRDefault="001C79BB">
            <w:r>
              <w:rPr>
                <w:b/>
                <w:color w:val="0D5F78"/>
              </w:rPr>
              <w:t>Data</w:t>
            </w:r>
          </w:p>
          <w:p w14:paraId="725AA280" w14:textId="77777777" w:rsidR="00E25052" w:rsidRDefault="00E25052"/>
        </w:tc>
        <w:tc>
          <w:tcPr>
            <w:tcW w:w="4818" w:type="dxa"/>
          </w:tcPr>
          <w:p w14:paraId="1A18FEF7" w14:textId="77777777" w:rsidR="00E25052" w:rsidRDefault="001C79BB">
            <w:r>
              <w:rPr>
                <w:b/>
                <w:color w:val="0D5F78"/>
              </w:rPr>
              <w:t>Solicitantul</w:t>
            </w:r>
          </w:p>
          <w:p w14:paraId="4BFA03F3" w14:textId="77777777" w:rsidR="00E25052" w:rsidRDefault="00E25052"/>
        </w:tc>
        <w:tc>
          <w:tcPr>
            <w:tcW w:w="3212" w:type="dxa"/>
          </w:tcPr>
          <w:p w14:paraId="51766049" w14:textId="77777777" w:rsidR="00E25052" w:rsidRDefault="001C79BB">
            <w:r>
              <w:rPr>
                <w:b/>
                <w:color w:val="0D5F78"/>
              </w:rPr>
              <w:t>Semnătura</w:t>
            </w:r>
          </w:p>
          <w:p w14:paraId="4558B6A6" w14:textId="77777777" w:rsidR="00E25052" w:rsidRDefault="00E25052"/>
        </w:tc>
      </w:tr>
    </w:tbl>
    <w:p w14:paraId="49F8112D" w14:textId="77777777" w:rsidR="00E25052" w:rsidRDefault="00E25052">
      <w:pPr>
        <w:spacing w:line="168" w:lineRule="auto"/>
      </w:pPr>
    </w:p>
    <w:p w14:paraId="242D1965" w14:textId="77777777" w:rsidR="00F8517F" w:rsidRPr="00F8517F" w:rsidRDefault="00F8517F" w:rsidP="00F8517F"/>
    <w:p w14:paraId="7207E8D0" w14:textId="77777777" w:rsidR="00F8517F" w:rsidRDefault="00F8517F" w:rsidP="00F8517F"/>
    <w:p w14:paraId="7E180354" w14:textId="7A449F41" w:rsidR="00F8517F" w:rsidRPr="00F8517F" w:rsidRDefault="00F8517F" w:rsidP="00F8517F">
      <w:pPr>
        <w:tabs>
          <w:tab w:val="left" w:pos="3005"/>
        </w:tabs>
      </w:pPr>
      <w:r>
        <w:tab/>
      </w:r>
    </w:p>
    <w:sectPr w:rsidR="00F8517F" w:rsidRPr="00F8517F" w:rsidSect="00034616">
      <w:headerReference w:type="default" r:id="rId10"/>
      <w:footerReference w:type="default" r:id="rId11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604C7" w14:textId="77777777" w:rsidR="000F14C5" w:rsidRDefault="000F14C5">
      <w:r>
        <w:separator/>
      </w:r>
    </w:p>
  </w:endnote>
  <w:endnote w:type="continuationSeparator" w:id="0">
    <w:p w14:paraId="7EAA2DD4" w14:textId="77777777" w:rsidR="000F14C5" w:rsidRDefault="000F1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71E53" w14:textId="3D1EA35E" w:rsidR="00E25052" w:rsidRDefault="00F801F2">
    <w:pPr>
      <w:pStyle w:val="Footer"/>
      <w:tabs>
        <w:tab w:val="right" w:pos="9639"/>
      </w:tabs>
    </w:pPr>
    <w:r>
      <w:rPr>
        <w:color w:val="595959"/>
      </w:rPr>
      <w:t>F_CU_01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1438B3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1438B3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60DAE7" w14:textId="77777777" w:rsidR="000F14C5" w:rsidRDefault="000F14C5">
      <w:r>
        <w:separator/>
      </w:r>
    </w:p>
  </w:footnote>
  <w:footnote w:type="continuationSeparator" w:id="0">
    <w:p w14:paraId="23DDBD75" w14:textId="77777777" w:rsidR="000F14C5" w:rsidRDefault="000F1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67F69" w14:textId="489A66C4" w:rsidR="00F8517F" w:rsidRPr="00F8517F" w:rsidRDefault="00F8517F" w:rsidP="00F8517F">
    <w:pPr>
      <w:pStyle w:val="Header"/>
      <w:rPr>
        <w:b/>
        <w:bCs/>
        <w:i/>
        <w:iCs/>
        <w:color w:val="595959"/>
        <w:sz w:val="24"/>
        <w:szCs w:val="24"/>
        <w:u w:val="single"/>
      </w:rPr>
    </w:pPr>
    <w:r w:rsidRPr="00F8517F">
      <w:rPr>
        <w:b/>
        <w:bCs/>
        <w:i/>
        <w:iCs/>
        <w:color w:val="595959"/>
        <w:sz w:val="24"/>
        <w:szCs w:val="24"/>
        <w:u w:val="single"/>
      </w:rPr>
      <w:t xml:space="preserve">  </w:t>
    </w:r>
  </w:p>
  <w:p w14:paraId="30A11B91" w14:textId="40F16F2F" w:rsidR="00F8517F" w:rsidRPr="00F8517F" w:rsidRDefault="00F8517F" w:rsidP="00F8517F">
    <w:pPr>
      <w:pStyle w:val="Header"/>
      <w:rPr>
        <w:b/>
        <w:bCs/>
        <w:color w:val="59595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D3F19"/>
    <w:rsid w:val="000F14C5"/>
    <w:rsid w:val="000F55B4"/>
    <w:rsid w:val="001438B3"/>
    <w:rsid w:val="00146233"/>
    <w:rsid w:val="0015074B"/>
    <w:rsid w:val="001C0616"/>
    <w:rsid w:val="001C79BB"/>
    <w:rsid w:val="0021562A"/>
    <w:rsid w:val="002633F6"/>
    <w:rsid w:val="0029639D"/>
    <w:rsid w:val="00310E6F"/>
    <w:rsid w:val="00326F90"/>
    <w:rsid w:val="003B7A7B"/>
    <w:rsid w:val="00676B1E"/>
    <w:rsid w:val="006C103E"/>
    <w:rsid w:val="00763A7C"/>
    <w:rsid w:val="007A3987"/>
    <w:rsid w:val="00861954"/>
    <w:rsid w:val="009B5021"/>
    <w:rsid w:val="009F2511"/>
    <w:rsid w:val="009F79E1"/>
    <w:rsid w:val="00A96E41"/>
    <w:rsid w:val="00AA1D8D"/>
    <w:rsid w:val="00AC5DC8"/>
    <w:rsid w:val="00AD5B9C"/>
    <w:rsid w:val="00B13F62"/>
    <w:rsid w:val="00B16250"/>
    <w:rsid w:val="00B37BC6"/>
    <w:rsid w:val="00B47730"/>
    <w:rsid w:val="00C2319E"/>
    <w:rsid w:val="00CB0664"/>
    <w:rsid w:val="00D6278B"/>
    <w:rsid w:val="00E25052"/>
    <w:rsid w:val="00E61A6B"/>
    <w:rsid w:val="00E946EB"/>
    <w:rsid w:val="00F51752"/>
    <w:rsid w:val="00F801F2"/>
    <w:rsid w:val="00F8517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539864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13F6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7A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A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sjbacau@csjbaca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769693-61D2-43F2-AC96-B2DD302B5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Munteanu</dc:creator>
  <cp:keywords/>
  <cp:lastModifiedBy>Cornelia Munteanu</cp:lastModifiedBy>
  <cp:revision>16</cp:revision>
  <cp:lastPrinted>2026-08-31T10:53:00Z</cp:lastPrinted>
  <dcterms:created xsi:type="dcterms:W3CDTF">2026-08-31T05:54:00Z</dcterms:created>
  <dcterms:modified xsi:type="dcterms:W3CDTF">2026-08-31T10:53:00Z</dcterms:modified>
  <cp:category/>
</cp:coreProperties>
</file>